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0FA74" w14:textId="77777777" w:rsidR="00703B33" w:rsidRDefault="00703B33" w:rsidP="00703B33">
      <w:pPr>
        <w:pStyle w:val="Balk1"/>
        <w:jc w:val="center"/>
      </w:pPr>
      <w:r>
        <w:rPr>
          <w:noProof/>
          <w:lang w:val="tr-TR" w:eastAsia="tr-TR"/>
        </w:rPr>
        <w:drawing>
          <wp:inline distT="0" distB="0" distL="0" distR="0" wp14:anchorId="684EF890" wp14:editId="17148ECD">
            <wp:extent cx="1864166" cy="1048594"/>
            <wp:effectExtent l="0" t="0" r="3175" b="0"/>
            <wp:docPr id="2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34B05360-CD87-4C31-96C5-1D44D1A192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>
                      <a:extLst>
                        <a:ext uri="{FF2B5EF4-FFF2-40B4-BE49-F238E27FC236}">
                          <a16:creationId xmlns:a16="http://schemas.microsoft.com/office/drawing/2014/main" id="{34B05360-CD87-4C31-96C5-1D44D1A1929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166" cy="104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51598" w14:textId="65B3DADF" w:rsidR="000265C8" w:rsidRDefault="00703B33">
      <w:pPr>
        <w:pStyle w:val="Balk1"/>
      </w:pPr>
      <w:r>
        <w:t xml:space="preserve">GESTO </w:t>
      </w:r>
      <w:r w:rsidR="0071215F">
        <w:t xml:space="preserve">MAKİNE </w:t>
      </w:r>
      <w:r>
        <w:t>TALAŞLI İMALAT PARÇA TESLİM FORMU</w:t>
      </w:r>
    </w:p>
    <w:p w14:paraId="11825000" w14:textId="78835066" w:rsidR="00336B3C" w:rsidRPr="00336B3C" w:rsidRDefault="00336B3C" w:rsidP="00336B3C">
      <w:proofErr w:type="spellStart"/>
      <w:r>
        <w:t>İş</w:t>
      </w:r>
      <w:proofErr w:type="spellEnd"/>
      <w:r>
        <w:t xml:space="preserve"> Emri / </w:t>
      </w:r>
      <w:proofErr w:type="spellStart"/>
      <w:r>
        <w:t>Sipariş</w:t>
      </w:r>
      <w:proofErr w:type="spellEnd"/>
      <w:r>
        <w:t xml:space="preserve"> No: ...........................................................</w:t>
      </w:r>
    </w:p>
    <w:p w14:paraId="651A4102" w14:textId="4F12BFBD" w:rsidR="000265C8" w:rsidRDefault="00703B33">
      <w:r>
        <w:t>Tarih: ........../............/20</w:t>
      </w:r>
      <w:r w:rsidR="001D2245">
        <w:t>2..</w:t>
      </w:r>
    </w:p>
    <w:p w14:paraId="3B3CCCEF" w14:textId="0671692D" w:rsidR="000265C8" w:rsidRDefault="00703B33">
      <w:pPr>
        <w:pStyle w:val="Balk2"/>
      </w:pPr>
      <w:r>
        <w:t>1️. GENEL BİLGİLER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0265C8" w14:paraId="0FEC7EC8" w14:textId="77777777">
        <w:tc>
          <w:tcPr>
            <w:tcW w:w="4320" w:type="dxa"/>
          </w:tcPr>
          <w:p w14:paraId="268EB32F" w14:textId="77777777" w:rsidR="000265C8" w:rsidRDefault="00703B33">
            <w:r>
              <w:t>Gönderen Firma</w:t>
            </w:r>
          </w:p>
        </w:tc>
        <w:tc>
          <w:tcPr>
            <w:tcW w:w="4320" w:type="dxa"/>
          </w:tcPr>
          <w:p w14:paraId="4B7CDB0E" w14:textId="77777777" w:rsidR="000265C8" w:rsidRDefault="00703B33">
            <w:r>
              <w:t xml:space="preserve"> </w:t>
            </w:r>
          </w:p>
        </w:tc>
      </w:tr>
      <w:tr w:rsidR="000265C8" w14:paraId="131EC4CA" w14:textId="77777777">
        <w:tc>
          <w:tcPr>
            <w:tcW w:w="4320" w:type="dxa"/>
          </w:tcPr>
          <w:p w14:paraId="7EC87833" w14:textId="77777777" w:rsidR="000265C8" w:rsidRDefault="00703B33">
            <w:r>
              <w:t>İrtibat Kişisi</w:t>
            </w:r>
          </w:p>
        </w:tc>
        <w:tc>
          <w:tcPr>
            <w:tcW w:w="4320" w:type="dxa"/>
          </w:tcPr>
          <w:p w14:paraId="6BB8298C" w14:textId="77777777" w:rsidR="000265C8" w:rsidRDefault="00703B33">
            <w:r>
              <w:t xml:space="preserve"> </w:t>
            </w:r>
          </w:p>
        </w:tc>
      </w:tr>
      <w:tr w:rsidR="000265C8" w14:paraId="7FC87BFE" w14:textId="77777777">
        <w:tc>
          <w:tcPr>
            <w:tcW w:w="4320" w:type="dxa"/>
          </w:tcPr>
          <w:p w14:paraId="1E7046A3" w14:textId="77777777" w:rsidR="000265C8" w:rsidRDefault="00703B33">
            <w:r>
              <w:t>Telefon / E-posta</w:t>
            </w:r>
          </w:p>
        </w:tc>
        <w:tc>
          <w:tcPr>
            <w:tcW w:w="4320" w:type="dxa"/>
          </w:tcPr>
          <w:p w14:paraId="5452991B" w14:textId="77777777" w:rsidR="000265C8" w:rsidRDefault="00703B33">
            <w:r>
              <w:t xml:space="preserve"> </w:t>
            </w:r>
          </w:p>
        </w:tc>
      </w:tr>
      <w:tr w:rsidR="000265C8" w14:paraId="0F18F47F" w14:textId="77777777">
        <w:tc>
          <w:tcPr>
            <w:tcW w:w="4320" w:type="dxa"/>
          </w:tcPr>
          <w:p w14:paraId="4949C1A6" w14:textId="77777777" w:rsidR="000265C8" w:rsidRDefault="00703B33">
            <w:r>
              <w:t>Teslim Eden (Ad-Soyad)</w:t>
            </w:r>
          </w:p>
        </w:tc>
        <w:tc>
          <w:tcPr>
            <w:tcW w:w="4320" w:type="dxa"/>
          </w:tcPr>
          <w:p w14:paraId="2D96D93E" w14:textId="77777777" w:rsidR="000265C8" w:rsidRDefault="00703B33">
            <w:r>
              <w:t xml:space="preserve"> </w:t>
            </w:r>
          </w:p>
        </w:tc>
      </w:tr>
      <w:tr w:rsidR="000265C8" w14:paraId="31C1653D" w14:textId="77777777">
        <w:tc>
          <w:tcPr>
            <w:tcW w:w="4320" w:type="dxa"/>
          </w:tcPr>
          <w:p w14:paraId="4B685EDD" w14:textId="77777777" w:rsidR="000265C8" w:rsidRDefault="00703B33">
            <w:r>
              <w:t>Teslim Alan (Gesto Yetkilisi)</w:t>
            </w:r>
          </w:p>
        </w:tc>
        <w:tc>
          <w:tcPr>
            <w:tcW w:w="4320" w:type="dxa"/>
          </w:tcPr>
          <w:p w14:paraId="7E0C1CFF" w14:textId="77777777" w:rsidR="000265C8" w:rsidRDefault="00703B33">
            <w:r>
              <w:t xml:space="preserve"> </w:t>
            </w:r>
          </w:p>
        </w:tc>
      </w:tr>
      <w:tr w:rsidR="000265C8" w14:paraId="4731922E" w14:textId="77777777">
        <w:tc>
          <w:tcPr>
            <w:tcW w:w="4320" w:type="dxa"/>
          </w:tcPr>
          <w:p w14:paraId="63559FB6" w14:textId="77777777" w:rsidR="000265C8" w:rsidRDefault="00703B33">
            <w:r>
              <w:t>Teslim Alma Tarihi</w:t>
            </w:r>
          </w:p>
        </w:tc>
        <w:tc>
          <w:tcPr>
            <w:tcW w:w="4320" w:type="dxa"/>
          </w:tcPr>
          <w:p w14:paraId="66DCFF0D" w14:textId="77777777" w:rsidR="000265C8" w:rsidRDefault="00703B33">
            <w:r>
              <w:t xml:space="preserve"> </w:t>
            </w:r>
          </w:p>
        </w:tc>
      </w:tr>
    </w:tbl>
    <w:p w14:paraId="369CA631" w14:textId="77777777" w:rsidR="00703B33" w:rsidRDefault="00703B33"/>
    <w:p w14:paraId="7C6D7FD6" w14:textId="4A54E9DD" w:rsidR="00B11B05" w:rsidRDefault="00B11B05">
      <w:r>
        <w:t xml:space="preserve">Tahmini Çalışma Saati; </w:t>
      </w:r>
    </w:p>
    <w:p w14:paraId="53C1BD3C" w14:textId="55B784C6" w:rsidR="000265C8" w:rsidRDefault="00703B33">
      <w:r>
        <w:t xml:space="preserve">Tahmini Teslim </w:t>
      </w:r>
      <w:proofErr w:type="spellStart"/>
      <w:r>
        <w:t>Tarihi</w:t>
      </w:r>
      <w:proofErr w:type="spellEnd"/>
      <w:r>
        <w:t>: ........../............/20....</w:t>
      </w:r>
    </w:p>
    <w:p w14:paraId="00B5A718" w14:textId="62D79219" w:rsidR="000265C8" w:rsidRDefault="00703B33">
      <w:pPr>
        <w:pStyle w:val="Balk2"/>
      </w:pPr>
      <w:r>
        <w:t>2️. TESLİM ALINAN PARÇA/MALZEME DETAYLARI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22"/>
        <w:gridCol w:w="1832"/>
        <w:gridCol w:w="657"/>
        <w:gridCol w:w="1231"/>
        <w:gridCol w:w="1229"/>
        <w:gridCol w:w="1228"/>
        <w:gridCol w:w="1231"/>
      </w:tblGrid>
      <w:tr w:rsidR="000265C8" w14:paraId="2D08F76D" w14:textId="77777777" w:rsidTr="00703B33">
        <w:tc>
          <w:tcPr>
            <w:tcW w:w="1234" w:type="dxa"/>
          </w:tcPr>
          <w:p w14:paraId="53D7FFBC" w14:textId="77777777" w:rsidR="000265C8" w:rsidRDefault="00703B33">
            <w:proofErr w:type="spellStart"/>
            <w:r>
              <w:t>Sıra</w:t>
            </w:r>
            <w:proofErr w:type="spellEnd"/>
          </w:p>
        </w:tc>
        <w:tc>
          <w:tcPr>
            <w:tcW w:w="1851" w:type="dxa"/>
          </w:tcPr>
          <w:p w14:paraId="207ABC19" w14:textId="77777777" w:rsidR="000265C8" w:rsidRDefault="00703B33">
            <w:r>
              <w:t>Parça Adı / Kodu</w:t>
            </w:r>
          </w:p>
        </w:tc>
        <w:tc>
          <w:tcPr>
            <w:tcW w:w="617" w:type="dxa"/>
          </w:tcPr>
          <w:p w14:paraId="1F8EC022" w14:textId="77777777" w:rsidR="000265C8" w:rsidRDefault="00703B33">
            <w:r>
              <w:t>Adet</w:t>
            </w:r>
          </w:p>
        </w:tc>
        <w:tc>
          <w:tcPr>
            <w:tcW w:w="1234" w:type="dxa"/>
          </w:tcPr>
          <w:p w14:paraId="426DA2E8" w14:textId="77777777" w:rsidR="000265C8" w:rsidRDefault="00703B33">
            <w:r>
              <w:t>Malzeme Cinsi</w:t>
            </w:r>
          </w:p>
        </w:tc>
        <w:tc>
          <w:tcPr>
            <w:tcW w:w="1234" w:type="dxa"/>
          </w:tcPr>
          <w:p w14:paraId="030F6DDC" w14:textId="77777777" w:rsidR="000265C8" w:rsidRDefault="00703B33">
            <w:r>
              <w:t>İstenen İşlem</w:t>
            </w:r>
          </w:p>
        </w:tc>
        <w:tc>
          <w:tcPr>
            <w:tcW w:w="1234" w:type="dxa"/>
          </w:tcPr>
          <w:p w14:paraId="01F640A8" w14:textId="77777777" w:rsidR="000265C8" w:rsidRDefault="00703B33">
            <w:r>
              <w:t>Teknik Resim Var mı?</w:t>
            </w:r>
          </w:p>
        </w:tc>
        <w:tc>
          <w:tcPr>
            <w:tcW w:w="1234" w:type="dxa"/>
          </w:tcPr>
          <w:p w14:paraId="5F1B1532" w14:textId="77777777" w:rsidR="000265C8" w:rsidRDefault="00703B33">
            <w:r>
              <w:t>Özel Not / Tolerans</w:t>
            </w:r>
          </w:p>
        </w:tc>
      </w:tr>
      <w:tr w:rsidR="00703B33" w14:paraId="1E0C2692" w14:textId="77777777" w:rsidTr="00703B33">
        <w:tc>
          <w:tcPr>
            <w:tcW w:w="1234" w:type="dxa"/>
          </w:tcPr>
          <w:p w14:paraId="21DE601F" w14:textId="77777777" w:rsidR="00703B33" w:rsidRDefault="00703B33"/>
        </w:tc>
        <w:tc>
          <w:tcPr>
            <w:tcW w:w="1851" w:type="dxa"/>
          </w:tcPr>
          <w:p w14:paraId="6B1A51C3" w14:textId="77777777" w:rsidR="00703B33" w:rsidRDefault="00703B33"/>
        </w:tc>
        <w:tc>
          <w:tcPr>
            <w:tcW w:w="617" w:type="dxa"/>
          </w:tcPr>
          <w:p w14:paraId="6BBF9123" w14:textId="77777777" w:rsidR="00703B33" w:rsidRDefault="00703B33"/>
        </w:tc>
        <w:tc>
          <w:tcPr>
            <w:tcW w:w="1234" w:type="dxa"/>
          </w:tcPr>
          <w:p w14:paraId="2F2FC9C0" w14:textId="77777777" w:rsidR="00703B33" w:rsidRDefault="00703B33"/>
        </w:tc>
        <w:tc>
          <w:tcPr>
            <w:tcW w:w="1234" w:type="dxa"/>
          </w:tcPr>
          <w:p w14:paraId="575BA317" w14:textId="77777777" w:rsidR="00703B33" w:rsidRDefault="00703B33"/>
        </w:tc>
        <w:tc>
          <w:tcPr>
            <w:tcW w:w="1234" w:type="dxa"/>
          </w:tcPr>
          <w:p w14:paraId="718C891C" w14:textId="77777777" w:rsidR="00703B33" w:rsidRDefault="00703B33"/>
        </w:tc>
        <w:tc>
          <w:tcPr>
            <w:tcW w:w="1234" w:type="dxa"/>
          </w:tcPr>
          <w:p w14:paraId="3774FC9F" w14:textId="77777777" w:rsidR="00703B33" w:rsidRDefault="00703B33"/>
        </w:tc>
      </w:tr>
      <w:tr w:rsidR="00703B33" w14:paraId="1B679396" w14:textId="77777777" w:rsidTr="00703B33">
        <w:tc>
          <w:tcPr>
            <w:tcW w:w="1234" w:type="dxa"/>
          </w:tcPr>
          <w:p w14:paraId="321F2167" w14:textId="77777777" w:rsidR="00703B33" w:rsidRDefault="00703B33"/>
        </w:tc>
        <w:tc>
          <w:tcPr>
            <w:tcW w:w="1851" w:type="dxa"/>
          </w:tcPr>
          <w:p w14:paraId="6F51346C" w14:textId="77777777" w:rsidR="00703B33" w:rsidRDefault="00703B33"/>
        </w:tc>
        <w:tc>
          <w:tcPr>
            <w:tcW w:w="617" w:type="dxa"/>
          </w:tcPr>
          <w:p w14:paraId="1955026E" w14:textId="77777777" w:rsidR="00703B33" w:rsidRDefault="00703B33"/>
        </w:tc>
        <w:tc>
          <w:tcPr>
            <w:tcW w:w="1234" w:type="dxa"/>
          </w:tcPr>
          <w:p w14:paraId="6D4AFEB7" w14:textId="77777777" w:rsidR="00703B33" w:rsidRDefault="00703B33"/>
        </w:tc>
        <w:tc>
          <w:tcPr>
            <w:tcW w:w="1234" w:type="dxa"/>
          </w:tcPr>
          <w:p w14:paraId="711A9AA1" w14:textId="77777777" w:rsidR="00703B33" w:rsidRDefault="00703B33"/>
        </w:tc>
        <w:tc>
          <w:tcPr>
            <w:tcW w:w="1234" w:type="dxa"/>
          </w:tcPr>
          <w:p w14:paraId="24AAFEE9" w14:textId="77777777" w:rsidR="00703B33" w:rsidRDefault="00703B33"/>
        </w:tc>
        <w:tc>
          <w:tcPr>
            <w:tcW w:w="1234" w:type="dxa"/>
          </w:tcPr>
          <w:p w14:paraId="4F020430" w14:textId="77777777" w:rsidR="00703B33" w:rsidRDefault="00703B33"/>
        </w:tc>
      </w:tr>
      <w:tr w:rsidR="00703B33" w14:paraId="02778356" w14:textId="77777777" w:rsidTr="00703B33">
        <w:tc>
          <w:tcPr>
            <w:tcW w:w="1234" w:type="dxa"/>
          </w:tcPr>
          <w:p w14:paraId="24B2EDA1" w14:textId="77777777" w:rsidR="00703B33" w:rsidRDefault="00703B33"/>
        </w:tc>
        <w:tc>
          <w:tcPr>
            <w:tcW w:w="1851" w:type="dxa"/>
          </w:tcPr>
          <w:p w14:paraId="7F53041D" w14:textId="77777777" w:rsidR="00703B33" w:rsidRDefault="00703B33"/>
        </w:tc>
        <w:tc>
          <w:tcPr>
            <w:tcW w:w="617" w:type="dxa"/>
          </w:tcPr>
          <w:p w14:paraId="2ED1C971" w14:textId="77777777" w:rsidR="00703B33" w:rsidRDefault="00703B33"/>
        </w:tc>
        <w:tc>
          <w:tcPr>
            <w:tcW w:w="1234" w:type="dxa"/>
          </w:tcPr>
          <w:p w14:paraId="4129C619" w14:textId="77777777" w:rsidR="00703B33" w:rsidRDefault="00703B33"/>
        </w:tc>
        <w:tc>
          <w:tcPr>
            <w:tcW w:w="1234" w:type="dxa"/>
          </w:tcPr>
          <w:p w14:paraId="7AA182F2" w14:textId="77777777" w:rsidR="00703B33" w:rsidRDefault="00703B33"/>
        </w:tc>
        <w:tc>
          <w:tcPr>
            <w:tcW w:w="1234" w:type="dxa"/>
          </w:tcPr>
          <w:p w14:paraId="21298443" w14:textId="77777777" w:rsidR="00703B33" w:rsidRDefault="00703B33"/>
        </w:tc>
        <w:tc>
          <w:tcPr>
            <w:tcW w:w="1234" w:type="dxa"/>
          </w:tcPr>
          <w:p w14:paraId="50C3CC0A" w14:textId="77777777" w:rsidR="00703B33" w:rsidRDefault="00703B33"/>
        </w:tc>
      </w:tr>
    </w:tbl>
    <w:p w14:paraId="4C08E1BF" w14:textId="77777777" w:rsidR="000265C8" w:rsidRDefault="00703B33">
      <w:r>
        <w:t xml:space="preserve">Not: Teknik </w:t>
      </w:r>
      <w:proofErr w:type="spellStart"/>
      <w:r>
        <w:t>resim</w:t>
      </w:r>
      <w:proofErr w:type="spellEnd"/>
      <w:r>
        <w:t xml:space="preserve"> </w:t>
      </w:r>
      <w:proofErr w:type="spellStart"/>
      <w:r>
        <w:t>tesliminde</w:t>
      </w:r>
      <w:proofErr w:type="spellEnd"/>
      <w:r>
        <w:t xml:space="preserve"> </w:t>
      </w:r>
      <w:proofErr w:type="spellStart"/>
      <w:r>
        <w:t>dosya</w:t>
      </w:r>
      <w:proofErr w:type="spellEnd"/>
      <w:r>
        <w:t xml:space="preserve"> </w:t>
      </w:r>
      <w:proofErr w:type="spellStart"/>
      <w:r>
        <w:t>kodu</w:t>
      </w:r>
      <w:proofErr w:type="spellEnd"/>
      <w:r>
        <w:t xml:space="preserve"> veya numarası mutlaka belirtilecektir.</w:t>
      </w:r>
    </w:p>
    <w:p w14:paraId="0BC92B5D" w14:textId="760423DC" w:rsidR="000265C8" w:rsidRDefault="00703B33">
      <w:pPr>
        <w:pStyle w:val="Balk2"/>
      </w:pPr>
      <w:r>
        <w:t>3️. KONTROL VE UYGULAMA BİLGİLERİ</w:t>
      </w:r>
    </w:p>
    <w:p w14:paraId="3F91537F" w14:textId="4E0F140B" w:rsidR="000265C8" w:rsidRDefault="00703B33">
      <w:proofErr w:type="spellStart"/>
      <w:r>
        <w:t>Malzeme</w:t>
      </w:r>
      <w:proofErr w:type="spellEnd"/>
      <w:r>
        <w:t xml:space="preserve"> Temini: ☐ </w:t>
      </w:r>
      <w:proofErr w:type="spellStart"/>
      <w:r>
        <w:t>Müşteri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sağlanacaktır</w:t>
      </w:r>
      <w:proofErr w:type="spellEnd"/>
      <w:r>
        <w:t> ☐ Gesto</w:t>
      </w:r>
      <w:r w:rsidR="0071215F">
        <w:t xml:space="preserve"> </w:t>
      </w:r>
      <w:proofErr w:type="spellStart"/>
      <w:r w:rsidR="0071215F">
        <w:t>Makine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sağlanacaktır</w:t>
      </w:r>
      <w:proofErr w:type="spellEnd"/>
    </w:p>
    <w:p w14:paraId="453CF844" w14:textId="77777777" w:rsidR="000265C8" w:rsidRDefault="00703B33">
      <w:r>
        <w:t>Malzeme Tedarik Detayı: ..............................................................</w:t>
      </w:r>
    </w:p>
    <w:p w14:paraId="4790ED8B" w14:textId="74A8B1A7" w:rsidR="000265C8" w:rsidRDefault="00703B33">
      <w:proofErr w:type="spellStart"/>
      <w:r>
        <w:t>Yüzey</w:t>
      </w:r>
      <w:proofErr w:type="spellEnd"/>
      <w:r>
        <w:t xml:space="preserve"> İşlem / Isıl İşlem İsteniyor mu?: ☐ Evet ☐ </w:t>
      </w:r>
      <w:proofErr w:type="spellStart"/>
      <w:r>
        <w:t>Hayır</w:t>
      </w:r>
      <w:proofErr w:type="spellEnd"/>
      <w:r>
        <w:t xml:space="preserve"> (Varsa </w:t>
      </w:r>
      <w:proofErr w:type="spellStart"/>
      <w:r w:rsidR="001D2245">
        <w:t>sertlik</w:t>
      </w:r>
      <w:proofErr w:type="spellEnd"/>
      <w:r w:rsidR="001D2245">
        <w:t xml:space="preserve"> </w:t>
      </w:r>
      <w:proofErr w:type="spellStart"/>
      <w:r w:rsidR="001D2245">
        <w:t>derecesi</w:t>
      </w:r>
      <w:proofErr w:type="spellEnd"/>
      <w:r w:rsidR="001D2245">
        <w:t>………)</w:t>
      </w:r>
    </w:p>
    <w:p w14:paraId="1DF5DB45" w14:textId="77777777" w:rsidR="000265C8" w:rsidRDefault="00703B33">
      <w:r>
        <w:t>Ölçü Raporu Talep Ediliyor mu?: ☐ Evet ☐ Hayır</w:t>
      </w:r>
    </w:p>
    <w:p w14:paraId="7BE99D83" w14:textId="77777777" w:rsidR="000265C8" w:rsidRDefault="00703B33">
      <w:r>
        <w:lastRenderedPageBreak/>
        <w:t>Numune Onayı Gerekli mi?: ☐ Evet ☐ Hayır</w:t>
      </w:r>
    </w:p>
    <w:p w14:paraId="4C4C9450" w14:textId="77777777" w:rsidR="000265C8" w:rsidRDefault="00703B33">
      <w:r>
        <w:t>Ambalaj Talebi Var mı?: ☐ Evet ☐ Hayır (Varsa belirtiniz)</w:t>
      </w:r>
    </w:p>
    <w:p w14:paraId="30E2A64B" w14:textId="77777777" w:rsidR="000265C8" w:rsidRDefault="00703B33">
      <w:r>
        <w:t>Uygulanacak Kalite Standardı / Norm: .............................................</w:t>
      </w:r>
    </w:p>
    <w:p w14:paraId="02124DF0" w14:textId="5CEBD2AE" w:rsidR="000265C8" w:rsidRDefault="00703B33">
      <w:pPr>
        <w:pStyle w:val="Balk2"/>
      </w:pPr>
      <w:r>
        <w:t xml:space="preserve">4️. TESLİMAT SONRASI </w:t>
      </w:r>
    </w:p>
    <w:p w14:paraId="134496A1" w14:textId="77777777" w:rsidR="000265C8" w:rsidRDefault="00703B33">
      <w:r>
        <w:t>Teslim Eden (Gesto): ............................................</w:t>
      </w:r>
    </w:p>
    <w:p w14:paraId="495358EF" w14:textId="77777777" w:rsidR="000265C8" w:rsidRDefault="00703B33">
      <w:r>
        <w:t>Teslim Alan (Müşteri): ............................................</w:t>
      </w:r>
    </w:p>
    <w:p w14:paraId="1D87AD61" w14:textId="77777777" w:rsidR="000265C8" w:rsidRDefault="00703B33">
      <w:r>
        <w:t>Teslim Tarihi: ........../............/20....</w:t>
      </w:r>
    </w:p>
    <w:p w14:paraId="791332EF" w14:textId="77777777" w:rsidR="000265C8" w:rsidRDefault="00703B33">
      <w:r>
        <w:t xml:space="preserve">İşlem Durumu: ☐ Tamamlandı ☐ Eksik ☐ Red / </w:t>
      </w:r>
      <w:proofErr w:type="spellStart"/>
      <w:r>
        <w:t>Uygunsuzluk</w:t>
      </w:r>
      <w:proofErr w:type="spellEnd"/>
    </w:p>
    <w:p w14:paraId="5EF5F7AA" w14:textId="4D15BB19" w:rsidR="00B11B05" w:rsidRDefault="00B11B05">
      <w:proofErr w:type="spellStart"/>
      <w:r>
        <w:t>Gerçekleşen</w:t>
      </w:r>
      <w:proofErr w:type="spellEnd"/>
      <w:r>
        <w:t xml:space="preserve"> </w:t>
      </w:r>
      <w:proofErr w:type="spellStart"/>
      <w:r>
        <w:t>çalışma</w:t>
      </w:r>
      <w:proofErr w:type="spellEnd"/>
      <w:r>
        <w:t xml:space="preserve"> </w:t>
      </w:r>
      <w:proofErr w:type="spellStart"/>
      <w:r>
        <w:t>saati</w:t>
      </w:r>
      <w:proofErr w:type="spellEnd"/>
      <w:r>
        <w:t>;</w:t>
      </w:r>
    </w:p>
    <w:p w14:paraId="7095ECB6" w14:textId="77777777" w:rsidR="000265C8" w:rsidRDefault="00703B33">
      <w:r>
        <w:t>Açıklama / Not: ...........................................................</w:t>
      </w:r>
    </w:p>
    <w:p w14:paraId="48412F74" w14:textId="77777777" w:rsidR="00B11B05" w:rsidRDefault="00B11B05"/>
    <w:p w14:paraId="42A705EB" w14:textId="4F57A720" w:rsidR="000265C8" w:rsidRDefault="00703B33">
      <w:pPr>
        <w:pStyle w:val="Balk2"/>
      </w:pPr>
      <w:r>
        <w:t>5️. SORUMLULUK BEYANI</w:t>
      </w:r>
    </w:p>
    <w:p w14:paraId="1C9ACF55" w14:textId="112702EC" w:rsidR="000265C8" w:rsidRDefault="00703B33">
      <w:r>
        <w:t xml:space="preserve">Taraflar, yukarıda bilgileri verilen parçaların teslim alındığını ve teknik detayların eksiksiz aktarıldığını beyan eder. Teslim alınan parçalarda işleme sırasında oluşabilecek riskler ve müşteri </w:t>
      </w:r>
      <w:proofErr w:type="spellStart"/>
      <w:r>
        <w:t>onayı</w:t>
      </w:r>
      <w:proofErr w:type="spellEnd"/>
      <w:r>
        <w:t xml:space="preserve"> </w:t>
      </w:r>
      <w:proofErr w:type="spellStart"/>
      <w:r>
        <w:t>dışında</w:t>
      </w:r>
      <w:proofErr w:type="spellEnd"/>
      <w:r>
        <w:t xml:space="preserve"> </w:t>
      </w:r>
      <w:proofErr w:type="spellStart"/>
      <w:r>
        <w:t>yapılacak</w:t>
      </w:r>
      <w:proofErr w:type="spellEnd"/>
      <w:r>
        <w:t xml:space="preserve"> </w:t>
      </w:r>
      <w:proofErr w:type="spellStart"/>
      <w:r>
        <w:t>müdahaleler</w:t>
      </w:r>
      <w:proofErr w:type="spellEnd"/>
      <w:r>
        <w:t xml:space="preserve"> </w:t>
      </w:r>
      <w:proofErr w:type="spellStart"/>
      <w:r>
        <w:t>yazılı</w:t>
      </w:r>
      <w:proofErr w:type="spellEnd"/>
      <w:r>
        <w:t xml:space="preserve"> </w:t>
      </w:r>
      <w:proofErr w:type="spellStart"/>
      <w:r>
        <w:t>izinle</w:t>
      </w:r>
      <w:proofErr w:type="spellEnd"/>
      <w:r>
        <w:t xml:space="preserve"> </w:t>
      </w:r>
      <w:proofErr w:type="spellStart"/>
      <w:r>
        <w:t>gerçekleştirilir</w:t>
      </w:r>
      <w:proofErr w:type="spellEnd"/>
      <w:r>
        <w:t>.</w:t>
      </w:r>
    </w:p>
    <w:p w14:paraId="617079AC" w14:textId="278F4BB3" w:rsidR="00AC5092" w:rsidRDefault="00AC5092" w:rsidP="00AC5092">
      <w:r>
        <w:t xml:space="preserve">-Müşteri Malzemesinde </w:t>
      </w:r>
      <w:proofErr w:type="spellStart"/>
      <w:r>
        <w:t>Hatalardan</w:t>
      </w:r>
      <w:proofErr w:type="spellEnd"/>
      <w:r>
        <w:t xml:space="preserve"> </w:t>
      </w:r>
      <w:proofErr w:type="spellStart"/>
      <w:r>
        <w:t>Sorumluluk</w:t>
      </w:r>
      <w:proofErr w:type="spellEnd"/>
      <w:r>
        <w:t xml:space="preserve"> Gesto</w:t>
      </w:r>
      <w:r w:rsidR="0071215F">
        <w:t xml:space="preserve"> </w:t>
      </w:r>
      <w:proofErr w:type="spellStart"/>
      <w:r w:rsidR="0071215F">
        <w:t>Makine</w:t>
      </w:r>
      <w:proofErr w:type="spellEnd"/>
      <w:r>
        <w:t xml:space="preserve"> s</w:t>
      </w:r>
      <w:proofErr w:type="spellStart"/>
      <w:r>
        <w:t>orumluluk</w:t>
      </w:r>
      <w:proofErr w:type="spellEnd"/>
      <w:r>
        <w:t xml:space="preserve">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etmez</w:t>
      </w:r>
      <w:proofErr w:type="spellEnd"/>
      <w:r>
        <w:t>!</w:t>
      </w:r>
    </w:p>
    <w:p w14:paraId="20A7D3AE" w14:textId="77777777" w:rsidR="00AC5092" w:rsidRDefault="00AC5092"/>
    <w:p w14:paraId="7A10A3E0" w14:textId="73F016EF" w:rsidR="000265C8" w:rsidRDefault="00703B33">
      <w:pPr>
        <w:pStyle w:val="Balk2"/>
      </w:pPr>
      <w:r>
        <w:t>6️. İMZALAR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0265C8" w14:paraId="373995BE" w14:textId="77777777">
        <w:tc>
          <w:tcPr>
            <w:tcW w:w="4320" w:type="dxa"/>
          </w:tcPr>
          <w:p w14:paraId="6B6BCAD3" w14:textId="77777777" w:rsidR="000265C8" w:rsidRDefault="00703B33">
            <w:r>
              <w:t>Gönderen Firma</w:t>
            </w:r>
          </w:p>
        </w:tc>
        <w:tc>
          <w:tcPr>
            <w:tcW w:w="4320" w:type="dxa"/>
          </w:tcPr>
          <w:p w14:paraId="2150E3A3" w14:textId="77777777" w:rsidR="000265C8" w:rsidRDefault="00703B33">
            <w:r>
              <w:t>Gesto Yetkilisi</w:t>
            </w:r>
          </w:p>
        </w:tc>
      </w:tr>
      <w:tr w:rsidR="000265C8" w14:paraId="65F254C9" w14:textId="77777777">
        <w:tc>
          <w:tcPr>
            <w:tcW w:w="4320" w:type="dxa"/>
          </w:tcPr>
          <w:p w14:paraId="37327656" w14:textId="77777777" w:rsidR="000265C8" w:rsidRDefault="00703B33">
            <w:r>
              <w:t>Ad Soyad:</w:t>
            </w:r>
          </w:p>
        </w:tc>
        <w:tc>
          <w:tcPr>
            <w:tcW w:w="4320" w:type="dxa"/>
          </w:tcPr>
          <w:p w14:paraId="25F292B1" w14:textId="77777777" w:rsidR="000265C8" w:rsidRDefault="00703B33">
            <w:r>
              <w:t>Ad Soyad:</w:t>
            </w:r>
          </w:p>
        </w:tc>
      </w:tr>
      <w:tr w:rsidR="000265C8" w14:paraId="368C2484" w14:textId="77777777">
        <w:tc>
          <w:tcPr>
            <w:tcW w:w="4320" w:type="dxa"/>
          </w:tcPr>
          <w:p w14:paraId="1CAB7D9C" w14:textId="77777777" w:rsidR="000265C8" w:rsidRDefault="00703B33">
            <w:r>
              <w:t>İmza / Kaşe:</w:t>
            </w:r>
          </w:p>
        </w:tc>
        <w:tc>
          <w:tcPr>
            <w:tcW w:w="4320" w:type="dxa"/>
          </w:tcPr>
          <w:p w14:paraId="79FE944C" w14:textId="77777777" w:rsidR="000265C8" w:rsidRDefault="00703B33">
            <w:r>
              <w:t>İmza / Kaşe:</w:t>
            </w:r>
          </w:p>
        </w:tc>
      </w:tr>
    </w:tbl>
    <w:p w14:paraId="4F6E5B23" w14:textId="46324BA7" w:rsidR="00B11B05" w:rsidRDefault="00B11B05" w:rsidP="00B11B05">
      <w:pPr>
        <w:pStyle w:val="Balk2"/>
      </w:pPr>
    </w:p>
    <w:p w14:paraId="3961AE00" w14:textId="77777777" w:rsidR="0000044B" w:rsidRDefault="0000044B"/>
    <w:sectPr w:rsidR="0000044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6934184">
    <w:abstractNumId w:val="8"/>
  </w:num>
  <w:num w:numId="2" w16cid:durableId="536743124">
    <w:abstractNumId w:val="6"/>
  </w:num>
  <w:num w:numId="3" w16cid:durableId="384330812">
    <w:abstractNumId w:val="5"/>
  </w:num>
  <w:num w:numId="4" w16cid:durableId="352533972">
    <w:abstractNumId w:val="4"/>
  </w:num>
  <w:num w:numId="5" w16cid:durableId="1197616303">
    <w:abstractNumId w:val="7"/>
  </w:num>
  <w:num w:numId="6" w16cid:durableId="1314217010">
    <w:abstractNumId w:val="3"/>
  </w:num>
  <w:num w:numId="7" w16cid:durableId="1534077343">
    <w:abstractNumId w:val="2"/>
  </w:num>
  <w:num w:numId="8" w16cid:durableId="1847672640">
    <w:abstractNumId w:val="1"/>
  </w:num>
  <w:num w:numId="9" w16cid:durableId="1370377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4B"/>
    <w:rsid w:val="000265C8"/>
    <w:rsid w:val="00034616"/>
    <w:rsid w:val="0006063C"/>
    <w:rsid w:val="0015074B"/>
    <w:rsid w:val="001D2245"/>
    <w:rsid w:val="0029639D"/>
    <w:rsid w:val="00326F90"/>
    <w:rsid w:val="00336B3C"/>
    <w:rsid w:val="00703B33"/>
    <w:rsid w:val="0071215F"/>
    <w:rsid w:val="00796160"/>
    <w:rsid w:val="00AA1D8D"/>
    <w:rsid w:val="00AC5092"/>
    <w:rsid w:val="00B11B05"/>
    <w:rsid w:val="00B47730"/>
    <w:rsid w:val="00C20A9D"/>
    <w:rsid w:val="00CB0664"/>
    <w:rsid w:val="00F64E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6CCB8D"/>
  <w14:defaultImageDpi w14:val="300"/>
  <w15:docId w15:val="{12E0B056-0948-134B-8109-21384CDA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511C71-E882-45CD-A6B2-F5DA524C0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AHMET BAHŞİ</cp:lastModifiedBy>
  <cp:revision>4</cp:revision>
  <cp:lastPrinted>2025-05-30T15:03:00Z</cp:lastPrinted>
  <dcterms:created xsi:type="dcterms:W3CDTF">2025-05-30T15:02:00Z</dcterms:created>
  <dcterms:modified xsi:type="dcterms:W3CDTF">2025-06-20T14:59:00Z</dcterms:modified>
  <cp:category/>
</cp:coreProperties>
</file>